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A92" w:rsidRPr="00AE41A8" w:rsidRDefault="008F4A61" w:rsidP="000501CD">
      <w:pPr>
        <w:pStyle w:val="Heading1"/>
        <w:jc w:val="center"/>
        <w:rPr>
          <w:rFonts w:ascii="SofiaSans Bold" w:hAnsi="SofiaSans Bold"/>
          <w:sz w:val="28"/>
        </w:rPr>
      </w:pPr>
      <w:r>
        <w:rPr>
          <w:rFonts w:ascii="SofiaSans Bold" w:hAnsi="SofiaSans Bold"/>
          <w:sz w:val="28"/>
        </w:rPr>
        <w:t xml:space="preserve">ПРИЛОЖЕНИЕ № </w:t>
      </w:r>
      <w:r>
        <w:rPr>
          <w:rFonts w:ascii="SofiaSans Bold" w:hAnsi="SofiaSans Bold"/>
          <w:sz w:val="28"/>
          <w:lang w:val="bg-BG"/>
        </w:rPr>
        <w:t>2</w:t>
      </w:r>
      <w:r w:rsidR="00C675FF" w:rsidRPr="00AE41A8">
        <w:rPr>
          <w:rFonts w:ascii="SofiaSans Bold" w:hAnsi="SofiaSans Bold"/>
          <w:sz w:val="28"/>
        </w:rPr>
        <w:br/>
      </w:r>
      <w:r w:rsidRPr="008F4A61">
        <w:rPr>
          <w:rFonts w:ascii="SofiaSans Bold" w:hAnsi="SofiaSans Bold"/>
          <w:sz w:val="28"/>
        </w:rPr>
        <w:t>Формуляр за подаване на идея за районен граждански бюджет</w:t>
      </w:r>
    </w:p>
    <w:p w:rsidR="0031664D" w:rsidRPr="000339CD" w:rsidRDefault="0031664D" w:rsidP="000501CD">
      <w:pPr>
        <w:pStyle w:val="Heading2"/>
        <w:jc w:val="center"/>
        <w:rPr>
          <w:rFonts w:ascii="SofiaSans" w:hAnsi="SofiaSans"/>
          <w:sz w:val="24"/>
          <w:lang w:val="bg-BG"/>
        </w:rPr>
      </w:pPr>
    </w:p>
    <w:p w:rsidR="000F5A92" w:rsidRPr="00AE41A8" w:rsidRDefault="00C675FF" w:rsidP="000501CD">
      <w:pPr>
        <w:pStyle w:val="Heading2"/>
        <w:jc w:val="center"/>
        <w:rPr>
          <w:rFonts w:ascii="SofiaSans Bold" w:hAnsi="SofiaSans Bold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Инициатива „Идеи за града“</w:t>
      </w:r>
      <w:r w:rsidRPr="00AE41A8">
        <w:rPr>
          <w:rFonts w:ascii="SofiaSans Bold" w:hAnsi="SofiaSans Bold"/>
          <w:lang w:val="bg-BG"/>
        </w:rPr>
        <w:br/>
      </w:r>
    </w:p>
    <w:p w:rsidR="00AE41A8" w:rsidRPr="00AE41A8" w:rsidRDefault="00AE41A8" w:rsidP="00AE41A8">
      <w:pPr>
        <w:ind w:firstLine="720"/>
        <w:jc w:val="center"/>
        <w:rPr>
          <w:rFonts w:ascii="SofiaSans" w:hAnsi="SofiaSans"/>
          <w:i/>
          <w:sz w:val="22"/>
          <w:lang w:val="bg-BG"/>
        </w:rPr>
      </w:pPr>
      <w:r w:rsidRPr="00AE41A8">
        <w:rPr>
          <w:rFonts w:ascii="SofiaSans" w:hAnsi="SofiaSans"/>
          <w:i/>
          <w:sz w:val="22"/>
          <w:lang w:val="bg-BG"/>
        </w:rPr>
        <w:t>Моля, преди попълване на формуляра се запознайте с условията и критериите за допустимост, определени в Методологията за организацията и изпълнението на програма „Граждан</w:t>
      </w:r>
      <w:r>
        <w:rPr>
          <w:rFonts w:ascii="SofiaSans" w:hAnsi="SofiaSans"/>
          <w:i/>
          <w:sz w:val="22"/>
          <w:lang w:val="bg-BG"/>
        </w:rPr>
        <w:t>ски бюджет“ на Столична община.</w:t>
      </w:r>
    </w:p>
    <w:p w:rsidR="00AE41A8" w:rsidRPr="000339CD" w:rsidRDefault="00AE41A8" w:rsidP="00AE41A8">
      <w:pPr>
        <w:ind w:firstLine="720"/>
        <w:jc w:val="center"/>
        <w:rPr>
          <w:rFonts w:ascii="SofiaSans" w:hAnsi="SofiaSans"/>
          <w:i/>
          <w:sz w:val="22"/>
          <w:lang w:val="bg-BG"/>
        </w:rPr>
      </w:pPr>
      <w:r w:rsidRPr="00AE41A8">
        <w:rPr>
          <w:rFonts w:ascii="SofiaSans" w:hAnsi="SofiaSans"/>
          <w:i/>
          <w:sz w:val="22"/>
          <w:lang w:val="bg-BG"/>
        </w:rPr>
        <w:t>Моля, попълнете всички задължителни полета. Полетата, отбелязани със (), са задължителни. Необходимо е да попълните и декларациите по раздел III от настоящия формуляр.*</w:t>
      </w:r>
    </w:p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Данни за автора</w:t>
      </w:r>
      <w:r w:rsidR="005835F4" w:rsidRPr="00AE41A8">
        <w:rPr>
          <w:rFonts w:ascii="SofiaSans Bold" w:hAnsi="SofiaSans Bold"/>
          <w:sz w:val="24"/>
          <w:szCs w:val="24"/>
          <w:lang w:val="bg-BG"/>
        </w:rPr>
        <w:t xml:space="preserve">* 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4320"/>
        <w:gridCol w:w="4435"/>
      </w:tblGrid>
      <w:tr w:rsidR="000F5A92" w:rsidRPr="000339CD" w:rsidTr="0074776F">
        <w:trPr>
          <w:trHeight w:val="842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Име и фамилия</w:t>
            </w:r>
            <w:r w:rsidR="005835F4" w:rsidRPr="000339CD">
              <w:rPr>
                <w:rFonts w:ascii="SofiaSans" w:hAnsi="SofiaSans"/>
                <w:sz w:val="24"/>
                <w:szCs w:val="24"/>
                <w:lang w:val="bg-BG"/>
              </w:rPr>
              <w:t xml:space="preserve"> / Наименование на организация: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40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Е</w:t>
            </w:r>
            <w:r w:rsidR="005835F4" w:rsidRPr="000339CD">
              <w:rPr>
                <w:rFonts w:ascii="SofiaSans" w:hAnsi="SofiaSans"/>
                <w:sz w:val="24"/>
                <w:szCs w:val="24"/>
                <w:lang w:val="bg-BG"/>
              </w:rPr>
              <w:t>ГН/ЕИК (само за идентификация):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52"/>
        </w:trPr>
        <w:tc>
          <w:tcPr>
            <w:tcW w:w="4320" w:type="dxa"/>
          </w:tcPr>
          <w:p w:rsidR="000F5A92" w:rsidRPr="000339CD" w:rsidRDefault="005835F4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62"/>
        </w:trPr>
        <w:tc>
          <w:tcPr>
            <w:tcW w:w="4320" w:type="dxa"/>
          </w:tcPr>
          <w:p w:rsidR="000F5A92" w:rsidRPr="000339CD" w:rsidRDefault="005835F4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E-</w:t>
            </w:r>
            <w:proofErr w:type="spellStart"/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mail</w:t>
            </w:r>
            <w:proofErr w:type="spellEnd"/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  <w:tr w:rsidR="000F5A92" w:rsidRPr="000339CD" w:rsidTr="0074776F">
        <w:trPr>
          <w:trHeight w:val="846"/>
        </w:trPr>
        <w:tc>
          <w:tcPr>
            <w:tcW w:w="4320" w:type="dxa"/>
          </w:tcPr>
          <w:p w:rsidR="000F5A92" w:rsidRPr="000339CD" w:rsidRDefault="00C675FF">
            <w:pPr>
              <w:rPr>
                <w:rFonts w:ascii="SofiaSans" w:hAnsi="SofiaSans"/>
                <w:sz w:val="24"/>
                <w:szCs w:val="24"/>
                <w:lang w:val="bg-BG"/>
              </w:rPr>
            </w:pPr>
            <w:r w:rsidRPr="000339CD">
              <w:rPr>
                <w:rFonts w:ascii="SofiaSans" w:hAnsi="SofiaSans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435" w:type="dxa"/>
          </w:tcPr>
          <w:p w:rsidR="000F5A92" w:rsidRPr="000339CD" w:rsidRDefault="000F5A92">
            <w:pPr>
              <w:rPr>
                <w:rFonts w:ascii="SofiaSans" w:hAnsi="SofiaSans"/>
                <w:sz w:val="24"/>
                <w:szCs w:val="24"/>
                <w:lang w:val="bg-BG"/>
              </w:rPr>
            </w:pPr>
          </w:p>
        </w:tc>
      </w:tr>
    </w:tbl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Описание на идеята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1. Наименование на идеята:*</w:t>
      </w:r>
    </w:p>
    <w:p w:rsidR="000F5A92" w:rsidRPr="000339CD" w:rsidRDefault="00C675FF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4"/>
          <w:szCs w:val="24"/>
          <w:lang w:val="bg-BG"/>
        </w:rPr>
        <w:t>(</w:t>
      </w:r>
      <w:r w:rsidRPr="000339CD">
        <w:rPr>
          <w:rFonts w:ascii="SofiaSans" w:hAnsi="SofiaSans"/>
          <w:i/>
          <w:sz w:val="22"/>
          <w:szCs w:val="24"/>
          <w:lang w:val="bg-BG"/>
        </w:rPr>
        <w:t>Кратко и ясно заглавие.)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</w:p>
    <w:p w:rsidR="000F5A92" w:rsidRPr="000339CD" w:rsidRDefault="005A189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2</w:t>
      </w:r>
      <w:r w:rsidR="00C675FF" w:rsidRPr="000339CD">
        <w:rPr>
          <w:rFonts w:ascii="SofiaSans" w:hAnsi="SofiaSans"/>
          <w:sz w:val="24"/>
          <w:szCs w:val="24"/>
          <w:lang w:val="bg-BG"/>
        </w:rPr>
        <w:t xml:space="preserve">. </w:t>
      </w:r>
      <w:r w:rsidRPr="000339CD">
        <w:rPr>
          <w:rFonts w:ascii="SofiaSans" w:hAnsi="SofiaSans"/>
          <w:sz w:val="24"/>
          <w:szCs w:val="24"/>
          <w:lang w:val="bg-BG"/>
        </w:rPr>
        <w:t>О</w:t>
      </w:r>
      <w:r w:rsidR="00C675FF" w:rsidRPr="000339CD">
        <w:rPr>
          <w:rFonts w:ascii="SofiaSans" w:hAnsi="SofiaSans"/>
          <w:sz w:val="24"/>
          <w:szCs w:val="24"/>
          <w:lang w:val="bg-BG"/>
        </w:rPr>
        <w:t>писание</w:t>
      </w:r>
      <w:r w:rsidRPr="000339CD">
        <w:rPr>
          <w:rFonts w:ascii="SofiaSans" w:hAnsi="SofiaSans"/>
          <w:sz w:val="24"/>
          <w:szCs w:val="24"/>
          <w:lang w:val="bg-BG"/>
        </w:rPr>
        <w:t xml:space="preserve"> на идеята</w:t>
      </w:r>
      <w:r w:rsidR="00C675FF" w:rsidRPr="000339CD">
        <w:rPr>
          <w:rFonts w:ascii="SofiaSans" w:hAnsi="SofiaSans"/>
          <w:sz w:val="24"/>
          <w:szCs w:val="24"/>
          <w:lang w:val="bg-BG"/>
        </w:rPr>
        <w:t>:*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371A3D" w:rsidRPr="000339CD" w:rsidRDefault="001E3CC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>(Какво предлагате? Как ще бъде реализирано?)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2"/>
          <w:szCs w:val="24"/>
          <w:lang w:val="bg-BG"/>
        </w:rPr>
      </w:pP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lastRenderedPageBreak/>
        <w:t>4. Какъв обществен проблем решава идеята?*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0339CD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5. Очаквани ползи и целеви групи:*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0339CD" w:rsidRDefault="001E3CC5" w:rsidP="001E3CC5">
      <w:pPr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6. Местоположение:*</w:t>
      </w:r>
    </w:p>
    <w:p w:rsidR="000F5A92" w:rsidRPr="000339CD" w:rsidRDefault="00C675FF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FE5F2A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 xml:space="preserve">(Адрес, район, </w:t>
      </w:r>
      <w:r w:rsidR="005A189F" w:rsidRPr="000339CD">
        <w:rPr>
          <w:rFonts w:ascii="SofiaSans" w:hAnsi="SofiaSans"/>
          <w:i/>
          <w:sz w:val="22"/>
          <w:szCs w:val="24"/>
          <w:lang w:val="bg-BG"/>
        </w:rPr>
        <w:t xml:space="preserve">номер на идентификатор на имота, </w:t>
      </w:r>
      <w:r w:rsidRPr="000339CD">
        <w:rPr>
          <w:rFonts w:ascii="SofiaSans" w:hAnsi="SofiaSans"/>
          <w:i/>
          <w:sz w:val="22"/>
          <w:szCs w:val="24"/>
          <w:lang w:val="bg-BG"/>
        </w:rPr>
        <w:t>GPS или описание.)</w:t>
      </w:r>
    </w:p>
    <w:p w:rsidR="001E3CC5" w:rsidRPr="001E3CC5" w:rsidRDefault="001E3CC5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7. Предлагани основни дейности:*</w:t>
      </w:r>
    </w:p>
    <w:p w:rsidR="001E3CC5" w:rsidRPr="001E3CC5" w:rsidRDefault="001E3CC5" w:rsidP="001E3CC5">
      <w:pPr>
        <w:jc w:val="both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1E3CC5" w:rsidRPr="001E3CC5" w:rsidRDefault="001E3CC5" w:rsidP="001E3CC5">
      <w:pPr>
        <w:jc w:val="both"/>
        <w:rPr>
          <w:rFonts w:ascii="SofiaSans" w:hAnsi="SofiaSans"/>
          <w:sz w:val="24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</w:p>
    <w:p w:rsidR="005835F4" w:rsidRPr="001E3CC5" w:rsidRDefault="001E3CC5" w:rsidP="001E3CC5">
      <w:pPr>
        <w:jc w:val="both"/>
        <w:rPr>
          <w:rFonts w:ascii="SofiaSans" w:hAnsi="SofiaSans"/>
          <w:i/>
          <w:sz w:val="22"/>
          <w:szCs w:val="24"/>
          <w:lang w:val="bg-BG"/>
        </w:rPr>
      </w:pPr>
      <w:r w:rsidRPr="001E3CC5">
        <w:rPr>
          <w:rFonts w:ascii="SofiaSans" w:hAnsi="SofiaSans"/>
          <w:sz w:val="24"/>
          <w:szCs w:val="24"/>
          <w:lang w:val="bg-BG"/>
        </w:rPr>
        <w:t>_________________________________________________________________</w:t>
      </w:r>
      <w:r w:rsidRPr="001E3CC5">
        <w:rPr>
          <w:rFonts w:ascii="SofiaSans" w:hAnsi="SofiaSans"/>
          <w:i/>
          <w:sz w:val="24"/>
          <w:szCs w:val="24"/>
          <w:lang w:val="bg-BG"/>
        </w:rPr>
        <w:t xml:space="preserve"> </w:t>
      </w:r>
      <w:r w:rsidR="00CC6C47" w:rsidRPr="000339CD">
        <w:rPr>
          <w:rFonts w:ascii="SofiaSans" w:hAnsi="SofiaSans"/>
          <w:i/>
          <w:sz w:val="22"/>
          <w:szCs w:val="24"/>
          <w:lang w:val="bg-BG"/>
        </w:rPr>
        <w:t>(Моля посочете възможно най-подробно организационните, дейности, като вземете предвид възможна необходимост от проектиране,, доставка, монтаж:, осигуряване на материали, наем на техника, и други. Моля посочете само типа на дейностите. Не е необходимо да посочвате конкретни изпълнители, екипи или доставчици на материали и услуги.)</w:t>
      </w:r>
    </w:p>
    <w:p w:rsidR="000F5A92" w:rsidRPr="000339CD" w:rsidRDefault="005A189F" w:rsidP="00546D0A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 xml:space="preserve">8. </w:t>
      </w:r>
      <w:r w:rsidR="00546D0A" w:rsidRPr="00546D0A">
        <w:rPr>
          <w:rFonts w:ascii="SofiaSans" w:hAnsi="SofiaSans"/>
          <w:sz w:val="24"/>
          <w:szCs w:val="24"/>
          <w:lang w:val="bg-BG"/>
        </w:rPr>
        <w:t>Ориентировъчен бюджет с включен ДДС, когато е приложим</w:t>
      </w:r>
      <w:r w:rsidR="00546D0A">
        <w:rPr>
          <w:rFonts w:ascii="SofiaSans" w:hAnsi="SofiaSans"/>
          <w:sz w:val="24"/>
          <w:szCs w:val="24"/>
          <w:lang w:val="bg-BG"/>
        </w:rPr>
        <w:t>:</w:t>
      </w:r>
      <w:bookmarkStart w:id="0" w:name="_GoBack"/>
      <w:bookmarkEnd w:id="0"/>
      <w:r w:rsidRPr="000339CD">
        <w:rPr>
          <w:rFonts w:ascii="SofiaSans" w:hAnsi="SofiaSans"/>
          <w:sz w:val="24"/>
          <w:szCs w:val="24"/>
          <w:lang w:val="bg-BG"/>
        </w:rPr>
        <w:t>*</w:t>
      </w:r>
    </w:p>
    <w:p w:rsidR="00FE5F2A" w:rsidRPr="000339CD" w:rsidRDefault="00C675FF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0F5A92" w:rsidRPr="000339CD" w:rsidRDefault="00C675FF">
      <w:pPr>
        <w:pStyle w:val="ListBullet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9. Приложени файлове:</w:t>
      </w:r>
    </w:p>
    <w:p w:rsidR="00507F85" w:rsidRPr="000339CD" w:rsidRDefault="00507F85" w:rsidP="00507F85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</w:t>
      </w:r>
    </w:p>
    <w:p w:rsidR="00507F85" w:rsidRPr="000339CD" w:rsidRDefault="00507F85" w:rsidP="00507F85">
      <w:pPr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_______________________________</w:t>
      </w:r>
    </w:p>
    <w:p w:rsidR="00507F85" w:rsidRPr="000339CD" w:rsidRDefault="00507F85" w:rsidP="001E3CC5">
      <w:pPr>
        <w:spacing w:before="0" w:after="0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ofiaSans" w:hAnsi="SofiaSans"/>
          <w:sz w:val="24"/>
          <w:szCs w:val="24"/>
          <w:lang w:val="bg-BG"/>
        </w:rPr>
        <w:t>__________________________________</w:t>
      </w:r>
      <w:r w:rsidR="001E3CC5">
        <w:rPr>
          <w:rFonts w:ascii="SofiaSans" w:hAnsi="SofiaSans"/>
          <w:sz w:val="24"/>
          <w:szCs w:val="24"/>
          <w:lang w:val="bg-BG"/>
        </w:rPr>
        <w:t>_______________________________</w:t>
      </w:r>
    </w:p>
    <w:p w:rsidR="000F5A92" w:rsidRDefault="00C675FF" w:rsidP="001E3CC5">
      <w:pPr>
        <w:spacing w:before="0" w:after="0"/>
        <w:rPr>
          <w:rFonts w:ascii="SofiaSans" w:hAnsi="SofiaSans"/>
          <w:i/>
          <w:sz w:val="22"/>
          <w:szCs w:val="24"/>
          <w:lang w:val="bg-BG"/>
        </w:rPr>
      </w:pPr>
      <w:r w:rsidRPr="000339CD">
        <w:rPr>
          <w:rFonts w:ascii="SofiaSans" w:hAnsi="SofiaSans"/>
          <w:i/>
          <w:sz w:val="22"/>
          <w:szCs w:val="24"/>
          <w:lang w:val="bg-BG"/>
        </w:rPr>
        <w:t>(Снимки, скици, карти, визуализации и др.)</w:t>
      </w:r>
    </w:p>
    <w:p w:rsidR="001E3CC5" w:rsidRPr="000339CD" w:rsidRDefault="001E3CC5" w:rsidP="001E3CC5">
      <w:pPr>
        <w:spacing w:before="0" w:after="0"/>
        <w:rPr>
          <w:rFonts w:ascii="SofiaSans" w:hAnsi="SofiaSans"/>
          <w:sz w:val="22"/>
          <w:szCs w:val="24"/>
          <w:lang w:val="bg-BG"/>
        </w:rPr>
      </w:pPr>
    </w:p>
    <w:p w:rsidR="000F5A92" w:rsidRPr="00AE41A8" w:rsidRDefault="008C4DF5">
      <w:pPr>
        <w:pStyle w:val="Heading2"/>
        <w:rPr>
          <w:rFonts w:ascii="SofiaSans Bold" w:hAnsi="SofiaSans Bold"/>
          <w:sz w:val="24"/>
          <w:szCs w:val="24"/>
          <w:lang w:val="bg-BG"/>
        </w:rPr>
      </w:pPr>
      <w:r w:rsidRPr="00AE41A8">
        <w:rPr>
          <w:rFonts w:ascii="SofiaSans Bold" w:hAnsi="SofiaSans Bold"/>
          <w:sz w:val="24"/>
          <w:szCs w:val="24"/>
          <w:lang w:val="bg-BG"/>
        </w:rPr>
        <w:t>I</w:t>
      </w:r>
      <w:r w:rsidRPr="00AE41A8">
        <w:rPr>
          <w:rFonts w:ascii="SofiaSans Bold" w:hAnsi="SofiaSans Bold"/>
          <w:sz w:val="24"/>
          <w:szCs w:val="24"/>
          <w:lang w:val="en-GB"/>
        </w:rPr>
        <w:t>II</w:t>
      </w:r>
      <w:r w:rsidR="00C675FF" w:rsidRPr="00AE41A8">
        <w:rPr>
          <w:rFonts w:ascii="SofiaSans Bold" w:hAnsi="SofiaSans Bold"/>
          <w:sz w:val="24"/>
          <w:szCs w:val="24"/>
          <w:lang w:val="bg-BG"/>
        </w:rPr>
        <w:t>. Декларации</w:t>
      </w:r>
      <w:r w:rsidR="005835F4" w:rsidRPr="00AE41A8">
        <w:rPr>
          <w:rFonts w:ascii="SofiaSans Bold" w:hAnsi="SofiaSans Bold"/>
          <w:sz w:val="24"/>
          <w:szCs w:val="24"/>
          <w:lang w:val="bg-BG"/>
        </w:rPr>
        <w:t xml:space="preserve"> *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Декларирам, че идеята е разработена от мен/нас или разполагам/разполагаме с необходимите права за нейното подаване.</w:t>
      </w:r>
    </w:p>
    <w:p w:rsidR="005835F4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lastRenderedPageBreak/>
        <w:t>☐</w:t>
      </w:r>
      <w:r w:rsidR="005835F4" w:rsidRPr="000339CD">
        <w:rPr>
          <w:rFonts w:ascii="SofiaSans" w:hAnsi="SofiaSans"/>
          <w:sz w:val="24"/>
          <w:szCs w:val="24"/>
          <w:lang w:val="bg-BG"/>
        </w:rPr>
        <w:t xml:space="preserve">С подаването на идеята се съгласявам тя и приложените към нея материали да бъдат използвани, публикувани, популяризирани и при необходимост адаптирани за целите на инициативата „Идеи за града“ и за реализирането на </w:t>
      </w:r>
      <w:r w:rsidR="005510BA" w:rsidRPr="000339CD">
        <w:rPr>
          <w:rFonts w:ascii="SofiaSans" w:hAnsi="SofiaSans"/>
          <w:sz w:val="24"/>
          <w:szCs w:val="24"/>
          <w:lang w:val="bg-BG"/>
        </w:rPr>
        <w:t>идеята</w:t>
      </w:r>
      <w:r w:rsidR="005835F4" w:rsidRPr="000339CD">
        <w:rPr>
          <w:rFonts w:ascii="SofiaSans" w:hAnsi="SofiaSans"/>
          <w:sz w:val="24"/>
          <w:szCs w:val="24"/>
          <w:lang w:val="bg-BG"/>
        </w:rPr>
        <w:t xml:space="preserve"> от Столична община и/или съответната районна администрация, като няма да предявявам претенции, свързани с авторски или сродни права във връзка с това използване и реализиране.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Запознат/а съм, че с подаването на идеята не придобивам право лично да изпълнявам дейностите по нея, ако тя бъде избрана за финансиране.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 xml:space="preserve">Запознат/а съм, че изпълнението на избраните идеи се организира и осъществява от </w:t>
      </w:r>
      <w:r w:rsidR="005510BA" w:rsidRPr="000339CD">
        <w:rPr>
          <w:rFonts w:ascii="SofiaSans" w:hAnsi="SofiaSans"/>
          <w:sz w:val="24"/>
          <w:szCs w:val="24"/>
          <w:lang w:val="bg-BG"/>
        </w:rPr>
        <w:t>съответните общински структури</w:t>
      </w:r>
      <w:r w:rsidRPr="000339CD">
        <w:rPr>
          <w:rFonts w:ascii="SofiaSans" w:hAnsi="SofiaSans"/>
          <w:sz w:val="24"/>
          <w:szCs w:val="24"/>
          <w:lang w:val="bg-BG"/>
        </w:rPr>
        <w:t xml:space="preserve"> съгласно действащото законодателство.</w:t>
      </w:r>
    </w:p>
    <w:p w:rsidR="000F5A92" w:rsidRPr="000339CD" w:rsidRDefault="00C675FF" w:rsidP="005835F4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>Не се намирам в обстоятелства, които биха довели до конфликт на интереси във връзка с участието ми в инициативата.</w:t>
      </w:r>
    </w:p>
    <w:p w:rsidR="000F5A92" w:rsidRPr="000339CD" w:rsidRDefault="00C675FF" w:rsidP="00D87BC1">
      <w:pPr>
        <w:jc w:val="both"/>
        <w:rPr>
          <w:rFonts w:ascii="SofiaSans" w:hAnsi="SofiaSans"/>
          <w:sz w:val="24"/>
          <w:szCs w:val="24"/>
          <w:lang w:val="bg-BG"/>
        </w:rPr>
      </w:pPr>
      <w:r w:rsidRPr="000339CD">
        <w:rPr>
          <w:rFonts w:ascii="Segoe UI Symbol" w:hAnsi="Segoe UI Symbol" w:cs="Segoe UI Symbol"/>
          <w:sz w:val="24"/>
          <w:szCs w:val="24"/>
          <w:lang w:val="bg-BG"/>
        </w:rPr>
        <w:t>☐</w:t>
      </w:r>
      <w:r w:rsidRPr="000339CD">
        <w:rPr>
          <w:rFonts w:ascii="SofiaSans" w:hAnsi="SofiaSans"/>
          <w:sz w:val="24"/>
          <w:szCs w:val="24"/>
          <w:lang w:val="bg-BG"/>
        </w:rPr>
        <w:t xml:space="preserve">Запознат/а съм с </w:t>
      </w:r>
      <w:r w:rsidR="00D87BC1" w:rsidRPr="000339CD">
        <w:rPr>
          <w:rFonts w:ascii="SofiaSans" w:hAnsi="SofiaSans"/>
          <w:sz w:val="24"/>
          <w:szCs w:val="24"/>
          <w:lang w:val="bg-BG"/>
        </w:rPr>
        <w:t xml:space="preserve">Методологията за организацията и изпълнението на </w:t>
      </w:r>
      <w:r w:rsidR="008F4A61">
        <w:rPr>
          <w:rFonts w:ascii="SofiaSans" w:hAnsi="SofiaSans"/>
          <w:sz w:val="24"/>
          <w:szCs w:val="24"/>
          <w:lang w:val="bg-BG"/>
        </w:rPr>
        <w:t>програма „Г</w:t>
      </w:r>
      <w:r w:rsidR="00D87BC1" w:rsidRPr="000339CD">
        <w:rPr>
          <w:rFonts w:ascii="SofiaSans" w:hAnsi="SofiaSans"/>
          <w:sz w:val="24"/>
          <w:szCs w:val="24"/>
          <w:lang w:val="bg-BG"/>
        </w:rPr>
        <w:t>раждански бюджет</w:t>
      </w:r>
      <w:r w:rsidR="008F4A61">
        <w:rPr>
          <w:rFonts w:ascii="SofiaSans" w:hAnsi="SofiaSans"/>
          <w:sz w:val="24"/>
          <w:szCs w:val="24"/>
          <w:lang w:val="bg-BG"/>
        </w:rPr>
        <w:t>“</w:t>
      </w:r>
      <w:r w:rsidR="00D87BC1" w:rsidRPr="000339CD">
        <w:rPr>
          <w:rFonts w:ascii="SofiaSans" w:hAnsi="SofiaSans"/>
          <w:sz w:val="24"/>
          <w:szCs w:val="24"/>
          <w:lang w:val="bg-BG"/>
        </w:rPr>
        <w:t xml:space="preserve"> на Столична община </w:t>
      </w:r>
      <w:r w:rsidRPr="000339CD">
        <w:rPr>
          <w:rFonts w:ascii="SofiaSans" w:hAnsi="SofiaSans"/>
          <w:sz w:val="24"/>
          <w:szCs w:val="24"/>
          <w:lang w:val="bg-BG"/>
        </w:rPr>
        <w:t>и приемам условията за участие.</w:t>
      </w:r>
    </w:p>
    <w:p w:rsidR="00522589" w:rsidRPr="000339CD" w:rsidRDefault="00522589" w:rsidP="00D87BC1">
      <w:pPr>
        <w:jc w:val="both"/>
        <w:rPr>
          <w:rFonts w:ascii="SofiaSans" w:hAnsi="SofiaSans"/>
          <w:sz w:val="24"/>
          <w:szCs w:val="24"/>
          <w:lang w:val="bg-BG"/>
        </w:rPr>
      </w:pPr>
    </w:p>
    <w:p w:rsidR="0098607B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Благодарим Ви, че отделихте време да споделите своята идея!</w:t>
      </w:r>
    </w:p>
    <w:p w:rsidR="00522589" w:rsidRPr="000339CD" w:rsidRDefault="00522589" w:rsidP="00522589">
      <w:pPr>
        <w:rPr>
          <w:rFonts w:ascii="SofiaSans" w:hAnsi="SofiaSans"/>
          <w:lang w:val="bg-BG"/>
        </w:rPr>
      </w:pPr>
    </w:p>
    <w:p w:rsidR="00522589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 xml:space="preserve">Всяка идея има значение. </w:t>
      </w:r>
    </w:p>
    <w:p w:rsidR="00C675FF" w:rsidRPr="00AE41A8" w:rsidRDefault="0098607B" w:rsidP="0098607B">
      <w:pPr>
        <w:pStyle w:val="Heading2"/>
        <w:jc w:val="center"/>
        <w:rPr>
          <w:rFonts w:ascii="SofiaSans Bold" w:hAnsi="SofiaSans Bold"/>
          <w:sz w:val="24"/>
          <w:lang w:val="bg-BG"/>
        </w:rPr>
      </w:pPr>
      <w:r w:rsidRPr="00AE41A8">
        <w:rPr>
          <w:rFonts w:ascii="SofiaSans Bold" w:hAnsi="SofiaSans Bold"/>
          <w:sz w:val="24"/>
          <w:lang w:val="bg-BG"/>
        </w:rPr>
        <w:t>С Вашето участие заедно правим София по-добро място за живот.</w:t>
      </w:r>
    </w:p>
    <w:sectPr w:rsidR="00C675FF" w:rsidRPr="00AE41A8" w:rsidSect="00E62253">
      <w:pgSz w:w="12240" w:h="15840"/>
      <w:pgMar w:top="567" w:right="1892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231"/>
    <w:rsid w:val="000339CD"/>
    <w:rsid w:val="00034616"/>
    <w:rsid w:val="000501CD"/>
    <w:rsid w:val="0006063C"/>
    <w:rsid w:val="00084A9D"/>
    <w:rsid w:val="000F5A92"/>
    <w:rsid w:val="0015074B"/>
    <w:rsid w:val="001E3CC5"/>
    <w:rsid w:val="0029639D"/>
    <w:rsid w:val="0031664D"/>
    <w:rsid w:val="00326F90"/>
    <w:rsid w:val="00371A3D"/>
    <w:rsid w:val="004859E9"/>
    <w:rsid w:val="004B0D5E"/>
    <w:rsid w:val="004B1C8A"/>
    <w:rsid w:val="00507F85"/>
    <w:rsid w:val="00522589"/>
    <w:rsid w:val="00546D0A"/>
    <w:rsid w:val="005510BA"/>
    <w:rsid w:val="005835F4"/>
    <w:rsid w:val="005A189F"/>
    <w:rsid w:val="005F3DB8"/>
    <w:rsid w:val="0074776F"/>
    <w:rsid w:val="007D7687"/>
    <w:rsid w:val="008C4DF5"/>
    <w:rsid w:val="008D6E92"/>
    <w:rsid w:val="008F4A61"/>
    <w:rsid w:val="0098607B"/>
    <w:rsid w:val="009A7DE3"/>
    <w:rsid w:val="00A65CD4"/>
    <w:rsid w:val="00AA1D8D"/>
    <w:rsid w:val="00AE41A8"/>
    <w:rsid w:val="00B27D78"/>
    <w:rsid w:val="00B43B9B"/>
    <w:rsid w:val="00B47730"/>
    <w:rsid w:val="00C675FF"/>
    <w:rsid w:val="00CB0664"/>
    <w:rsid w:val="00CC6C47"/>
    <w:rsid w:val="00D87BC1"/>
    <w:rsid w:val="00E4505A"/>
    <w:rsid w:val="00E62253"/>
    <w:rsid w:val="00EA17E2"/>
    <w:rsid w:val="00FC693F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C830C"/>
  <w14:defaultImageDpi w14:val="300"/>
  <w15:docId w15:val="{58D9B860-C699-41F4-9E47-3B9AF697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1CD"/>
  </w:style>
  <w:style w:type="paragraph" w:styleId="Heading1">
    <w:name w:val="heading 1"/>
    <w:basedOn w:val="Normal"/>
    <w:next w:val="Normal"/>
    <w:link w:val="Heading1Char"/>
    <w:uiPriority w:val="9"/>
    <w:qFormat/>
    <w:rsid w:val="000501C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1C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01CD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CD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CD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CD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CD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C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C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0501C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501CD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0501CD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0501CD"/>
    <w:rPr>
      <w:caps/>
      <w:color w:val="243F60" w:themeColor="accent1" w:themeShade="7F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0501CD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01CD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C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501CD"/>
    <w:rPr>
      <w:caps/>
      <w:color w:val="595959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0501C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01CD"/>
    <w:rPr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C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C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C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01CD"/>
    <w:rPr>
      <w:b/>
      <w:bCs/>
      <w:color w:val="365F91" w:themeColor="accent1" w:themeShade="BF"/>
      <w:sz w:val="16"/>
      <w:szCs w:val="16"/>
    </w:rPr>
  </w:style>
  <w:style w:type="character" w:styleId="Strong">
    <w:name w:val="Strong"/>
    <w:uiPriority w:val="22"/>
    <w:qFormat/>
    <w:rsid w:val="000501CD"/>
    <w:rPr>
      <w:b/>
      <w:bCs/>
    </w:rPr>
  </w:style>
  <w:style w:type="character" w:styleId="Emphasis">
    <w:name w:val="Emphasis"/>
    <w:uiPriority w:val="20"/>
    <w:qFormat/>
    <w:rsid w:val="000501CD"/>
    <w:rPr>
      <w:caps/>
      <w:color w:val="243F60" w:themeColor="accent1" w:themeShade="7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CD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CD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0501C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0501C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0501C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0501C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0501C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01CD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E115EE-AA62-46DC-9C55-C047CA6C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Нилюфер Емурлова-Мюмюн</cp:lastModifiedBy>
  <cp:revision>32</cp:revision>
  <dcterms:created xsi:type="dcterms:W3CDTF">2013-12-23T23:15:00Z</dcterms:created>
  <dcterms:modified xsi:type="dcterms:W3CDTF">2026-09-14T07:09:00Z</dcterms:modified>
  <cp:category/>
</cp:coreProperties>
</file>